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07D" w:rsidRPr="003E007D" w:rsidRDefault="003E007D" w:rsidP="003E007D">
      <w:pPr>
        <w:rPr>
          <w:rFonts w:asciiTheme="majorHAnsi" w:eastAsiaTheme="majorEastAsia" w:hAnsiTheme="majorHAnsi" w:cstheme="majorBidi"/>
          <w:i/>
          <w:iCs/>
          <w:color w:val="FFFFFF" w:themeColor="background1"/>
          <w:sz w:val="28"/>
          <w:szCs w:val="28"/>
        </w:rPr>
      </w:pPr>
      <w:bookmarkStart w:id="0" w:name="_GoBack"/>
      <w:bookmarkEnd w:id="0"/>
      <w:r>
        <w:rPr>
          <w:noProof/>
          <w:lang w:val="tr-TR" w:eastAsia="tr-TR"/>
        </w:rPr>
        <mc:AlternateContent>
          <mc:Choice Requires="wps">
            <w:drawing>
              <wp:anchor distT="91440" distB="91440" distL="137160" distR="137160" simplePos="0" relativeHeight="251671552" behindDoc="0" locked="0" layoutInCell="0" allowOverlap="1" wp14:anchorId="4E639DEB" wp14:editId="5EAE1B2F">
                <wp:simplePos x="0" y="0"/>
                <wp:positionH relativeFrom="margin">
                  <wp:posOffset>-1228725</wp:posOffset>
                </wp:positionH>
                <wp:positionV relativeFrom="margin">
                  <wp:posOffset>1247775</wp:posOffset>
                </wp:positionV>
                <wp:extent cx="7821930" cy="5554345"/>
                <wp:effectExtent l="0" t="9208" r="17463" b="17462"/>
                <wp:wrapSquare wrapText="bothSides"/>
                <wp:docPr id="306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821930" cy="55543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CF2" w:rsidRPr="003E007D" w:rsidRDefault="00733CF2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E007D">
                              <w:rPr>
                                <w:rStyle w:val="Balk1Char"/>
                              </w:rPr>
                              <w:t>Uygulayıcı</w:t>
                            </w:r>
                            <w:proofErr w:type="spellEnd"/>
                            <w:r w:rsidRPr="003E007D">
                              <w:rPr>
                                <w:rStyle w:val="Balk1Char"/>
                              </w:rPr>
                              <w:t>:</w:t>
                            </w:r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Tüm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Öğretmenler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Rehber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Öğretmen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E007D" w:rsidRDefault="00733CF2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E007D">
                              <w:rPr>
                                <w:rStyle w:val="Balk1Char"/>
                              </w:rPr>
                              <w:t>Etkinlik</w:t>
                            </w:r>
                            <w:proofErr w:type="spellEnd"/>
                            <w:r w:rsidRPr="003E007D">
                              <w:rPr>
                                <w:rStyle w:val="Balk1Char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Style w:val="Balk1Char"/>
                              </w:rPr>
                              <w:t>Süresi</w:t>
                            </w:r>
                            <w:proofErr w:type="spellEnd"/>
                            <w:r w:rsidRPr="003E007D">
                              <w:rPr>
                                <w:rStyle w:val="Balk1Char"/>
                              </w:rPr>
                              <w:t>:</w:t>
                            </w:r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40dk</w:t>
                            </w:r>
                          </w:p>
                          <w:p w:rsidR="003E007D" w:rsidRDefault="003E007D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E007D">
                              <w:rPr>
                                <w:rStyle w:val="Balk1Char"/>
                              </w:rPr>
                              <w:t>Etkinliğin</w:t>
                            </w:r>
                            <w:proofErr w:type="spellEnd"/>
                            <w:r w:rsidRPr="003E007D">
                              <w:rPr>
                                <w:rStyle w:val="Balk1Char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Style w:val="Balk1Char"/>
                              </w:rPr>
                              <w:t>Amacı</w:t>
                            </w:r>
                            <w:proofErr w:type="spellEnd"/>
                            <w:r w:rsidR="00B9356E" w:rsidRPr="003E007D">
                              <w:rPr>
                                <w:rStyle w:val="Balk1Char"/>
                              </w:rPr>
                              <w:t>:</w:t>
                            </w:r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Başkalarının</w:t>
                            </w:r>
                            <w:proofErr w:type="spellEnd"/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duygula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rını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düşüncelerini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fark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etme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Farkl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ı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bakış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açılarını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anlamlandırma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İletişim</w:t>
                            </w:r>
                            <w:proofErr w:type="spellEnd"/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problem </w:t>
                            </w:r>
                            <w:proofErr w:type="spellStart"/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çözme</w:t>
                            </w:r>
                            <w:proofErr w:type="spellEnd"/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becerilerini</w:t>
                            </w:r>
                            <w:proofErr w:type="spellEnd"/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B9356E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geliştirme</w:t>
                            </w:r>
                            <w:proofErr w:type="spellEnd"/>
                          </w:p>
                          <w:p w:rsidR="003E007D" w:rsidRDefault="00B9356E" w:rsidP="003E007D">
                            <w:pPr>
                              <w:pStyle w:val="AralkYok"/>
                              <w:jc w:val="both"/>
                            </w:pPr>
                            <w:proofErr w:type="spellStart"/>
                            <w:r w:rsidRPr="003E007D">
                              <w:rPr>
                                <w:rStyle w:val="Balk1Char"/>
                              </w:rPr>
                              <w:t>Materyaller</w:t>
                            </w:r>
                            <w:proofErr w:type="spellEnd"/>
                            <w:r w:rsidRPr="003E007D">
                              <w:rPr>
                                <w:rStyle w:val="Balk1Char"/>
                              </w:rPr>
                              <w:t>:</w:t>
                            </w:r>
                            <w:r w:rsidR="003E007D">
                              <w:t xml:space="preserve"> </w:t>
                            </w:r>
                            <w:proofErr w:type="spellStart"/>
                            <w:r w:rsidRPr="003E007D">
                              <w:t>Etkinlik</w:t>
                            </w:r>
                            <w:proofErr w:type="spellEnd"/>
                            <w:r w:rsidRPr="003E007D">
                              <w:t xml:space="preserve"> </w:t>
                            </w:r>
                            <w:proofErr w:type="spellStart"/>
                            <w:r w:rsidRPr="003E007D">
                              <w:t>Kağıdı</w:t>
                            </w:r>
                            <w:proofErr w:type="spellEnd"/>
                            <w:r w:rsidRPr="003E007D">
                              <w:t xml:space="preserve">- </w:t>
                            </w:r>
                            <w:proofErr w:type="spellStart"/>
                            <w:r w:rsidRPr="003E007D">
                              <w:t>Tahta</w:t>
                            </w:r>
                            <w:proofErr w:type="spellEnd"/>
                            <w:r w:rsidRPr="003E007D">
                              <w:t xml:space="preserve"> / </w:t>
                            </w:r>
                            <w:proofErr w:type="spellStart"/>
                            <w:r w:rsidRPr="003E007D">
                              <w:t>Renkli</w:t>
                            </w:r>
                            <w:proofErr w:type="spellEnd"/>
                            <w:r w:rsidRPr="003E007D">
                              <w:t xml:space="preserve"> post-it </w:t>
                            </w:r>
                            <w:proofErr w:type="spellStart"/>
                            <w:r w:rsidRPr="003E007D">
                              <w:t>veya</w:t>
                            </w:r>
                            <w:proofErr w:type="spellEnd"/>
                            <w:r w:rsidRPr="003E007D">
                              <w:t xml:space="preserve"> A4 </w:t>
                            </w:r>
                            <w:proofErr w:type="spellStart"/>
                            <w:r w:rsidRPr="003E007D">
                              <w:t>kâğıdı</w:t>
                            </w:r>
                            <w:proofErr w:type="spellEnd"/>
                          </w:p>
                          <w:p w:rsidR="003E007D" w:rsidRDefault="003E007D" w:rsidP="003E007D">
                            <w:pPr>
                              <w:pStyle w:val="AralkYok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B9356E" w:rsidRPr="003E007D" w:rsidRDefault="00B9356E" w:rsidP="003E007D">
                            <w:pPr>
                              <w:pStyle w:val="AralkYok"/>
                              <w:jc w:val="both"/>
                            </w:pPr>
                            <w:proofErr w:type="spellStart"/>
                            <w:r w:rsidRPr="003E007D">
                              <w:rPr>
                                <w:rStyle w:val="Balk1Char"/>
                              </w:rPr>
                              <w:t>Etkinlik</w:t>
                            </w:r>
                            <w:proofErr w:type="spellEnd"/>
                            <w:r w:rsidRPr="003E007D">
                              <w:rPr>
                                <w:rStyle w:val="Balk1Char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Style w:val="Balk1Char"/>
                              </w:rPr>
                              <w:t>planı</w:t>
                            </w:r>
                            <w:proofErr w:type="spellEnd"/>
                            <w:r w:rsidRPr="003E007D">
                              <w:rPr>
                                <w:rStyle w:val="Balk1Char"/>
                              </w:rPr>
                              <w:t>:</w:t>
                            </w:r>
                            <w:r w:rsidR="003E007D">
                              <w:t xml:space="preserve"> </w:t>
                            </w:r>
                            <w:proofErr w:type="spellStart"/>
                            <w:r w:rsidRPr="003E007D">
                              <w:t>Öğretmen</w:t>
                            </w:r>
                            <w:proofErr w:type="spellEnd"/>
                            <w:r w:rsidRPr="003E007D">
                              <w:t xml:space="preserve"> </w:t>
                            </w:r>
                            <w:proofErr w:type="spellStart"/>
                            <w:r w:rsidRPr="003E007D">
                              <w:t>öğrencilere</w:t>
                            </w:r>
                            <w:proofErr w:type="spellEnd"/>
                            <w:r w:rsidRPr="003E007D">
                              <w:t xml:space="preserve"> </w:t>
                            </w:r>
                            <w:proofErr w:type="spellStart"/>
                            <w:r w:rsidRPr="003E007D">
                              <w:t>sorar</w:t>
                            </w:r>
                            <w:proofErr w:type="spellEnd"/>
                            <w:r w:rsidRPr="003E007D">
                              <w:t>:</w:t>
                            </w:r>
                          </w:p>
                          <w:p w:rsidR="00B9356E" w:rsidRPr="003E007D" w:rsidRDefault="00B9356E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Hiç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bir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arkadaşınızın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yaşadığı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bir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olayı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onun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gözünden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düşündünüz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mü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?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Empati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kurmak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sizce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demek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?”</w:t>
                            </w:r>
                          </w:p>
                          <w:p w:rsidR="003E007D" w:rsidRDefault="00B9356E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Öğrencilerin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kısa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cevapları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alınır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ardından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empati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tanımı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yapılır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Emirin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empati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Günlüğü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etkinlik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çalışma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kağıtları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dağıtılır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öğrencilerden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yapmaları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istenir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Gönüllü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öğrenciler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çalışmalarını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paylaşır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9356E" w:rsidRPr="003E007D" w:rsidRDefault="00B9356E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Öğretmen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şu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sorularla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etkinliği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kapatır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B9356E" w:rsidRPr="003E007D" w:rsidRDefault="00B9356E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Empati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kurmak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bize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kazandırır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B9356E" w:rsidRPr="003E007D" w:rsidRDefault="00B9356E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Empati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yapmazsak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ilişkilerimiz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nasıl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olurdu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B9356E" w:rsidRPr="003E007D" w:rsidRDefault="00B9356E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Son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olarak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öğrencilere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şu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cümleyi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tamamlatır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B9356E" w:rsidRPr="003E007D" w:rsidRDefault="00B9356E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Empati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yaptığımda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ben …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hissediyorum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  <w:p w:rsidR="00B9356E" w:rsidRPr="003E007D" w:rsidRDefault="00B9356E" w:rsidP="003E007D">
                            <w:pPr>
                              <w:pStyle w:val="Balk1"/>
                              <w:jc w:val="both"/>
                            </w:pPr>
                            <w:proofErr w:type="spellStart"/>
                            <w:r w:rsidRPr="003E007D">
                              <w:t>Öğretmene</w:t>
                            </w:r>
                            <w:proofErr w:type="spellEnd"/>
                            <w:r w:rsidRPr="003E007D">
                              <w:t xml:space="preserve"> </w:t>
                            </w:r>
                            <w:proofErr w:type="spellStart"/>
                            <w:r w:rsidRPr="003E007D">
                              <w:t>İpuçları</w:t>
                            </w:r>
                            <w:proofErr w:type="spellEnd"/>
                            <w:r w:rsidRPr="003E007D">
                              <w:t>:</w:t>
                            </w:r>
                          </w:p>
                          <w:p w:rsidR="00B9356E" w:rsidRPr="003E007D" w:rsidRDefault="00B9356E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Çekingen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öğrencileri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gönüllü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olmaya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teşvik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edin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ama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zorlamayın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9356E" w:rsidRPr="003E007D" w:rsidRDefault="00B9356E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Paylaşımlar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sırasında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öğrencileri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yargılamadan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dinleyin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9356E" w:rsidRPr="003E007D" w:rsidRDefault="00B9356E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Farklı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bakış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açılarını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mutlaka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takdir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edin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9356E" w:rsidRPr="003E007D" w:rsidRDefault="00B9356E" w:rsidP="003E007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Yönlendirilmesi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gerektiğini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düşündüğünüz</w:t>
                            </w:r>
                            <w:proofErr w:type="spellEnd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öğrenci</w:t>
                            </w:r>
                            <w:r w:rsidR="003E007D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leri</w:t>
                            </w:r>
                            <w:proofErr w:type="spellEnd"/>
                            <w:r w:rsidR="003E007D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E007D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rehberlik</w:t>
                            </w:r>
                            <w:proofErr w:type="spellEnd"/>
                            <w:r w:rsidR="003E007D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E007D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servisine</w:t>
                            </w:r>
                            <w:proofErr w:type="spellEnd"/>
                            <w:r w:rsidR="003E007D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E007D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bildirin</w:t>
                            </w:r>
                            <w:proofErr w:type="spellEnd"/>
                            <w:r w:rsidR="003E007D" w:rsidRPr="003E007D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9356E" w:rsidRDefault="00B9356E" w:rsidP="00B9356E"/>
                          <w:p w:rsidR="00B9356E" w:rsidRDefault="00B9356E" w:rsidP="00B9356E"/>
                          <w:p w:rsidR="00B9356E" w:rsidRDefault="00B9356E" w:rsidP="00B9356E"/>
                          <w:p w:rsidR="00B9356E" w:rsidRDefault="00B9356E" w:rsidP="00B9356E"/>
                          <w:p w:rsidR="00733CF2" w:rsidRDefault="00733CF2" w:rsidP="00733CF2"/>
                          <w:p w:rsidR="00733CF2" w:rsidRDefault="00733CF2" w:rsidP="00733CF2"/>
                          <w:p w:rsidR="00733CF2" w:rsidRDefault="00733CF2" w:rsidP="00733CF2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39DEB" id="Otomatik Şekil 2" o:spid="_x0000_s1026" style="position:absolute;margin-left:-96.75pt;margin-top:98.25pt;width:615.9pt;height:437.35pt;rotation:90;z-index:25167155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" o:allowincell="f" fillcolor="white [3201]" strokecolor="#4f81bd [3204]" strokeweight="2pt">
                <v:textbox>
                  <w:txbxContent>
                    <w:p w:rsidR="00733CF2" w:rsidRPr="003E007D" w:rsidRDefault="00733CF2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proofErr w:type="spellStart"/>
                      <w:r w:rsidRPr="003E007D">
                        <w:rPr>
                          <w:rStyle w:val="Balk1Char"/>
                        </w:rPr>
                        <w:t>Uygulayıcı</w:t>
                      </w:r>
                      <w:proofErr w:type="spellEnd"/>
                      <w:r w:rsidRPr="003E007D">
                        <w:rPr>
                          <w:rStyle w:val="Balk1Char"/>
                        </w:rPr>
                        <w:t>:</w:t>
                      </w:r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Tüm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Öğretmenler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Rehber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Öğretmen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E007D" w:rsidRDefault="00733CF2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proofErr w:type="spellStart"/>
                      <w:r w:rsidRPr="003E007D">
                        <w:rPr>
                          <w:rStyle w:val="Balk1Char"/>
                        </w:rPr>
                        <w:t>Etkinlik</w:t>
                      </w:r>
                      <w:proofErr w:type="spellEnd"/>
                      <w:r w:rsidRPr="003E007D">
                        <w:rPr>
                          <w:rStyle w:val="Balk1Char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Style w:val="Balk1Char"/>
                        </w:rPr>
                        <w:t>Süresi</w:t>
                      </w:r>
                      <w:proofErr w:type="spellEnd"/>
                      <w:r w:rsidRPr="003E007D">
                        <w:rPr>
                          <w:rStyle w:val="Balk1Char"/>
                        </w:rPr>
                        <w:t>:</w:t>
                      </w:r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40dk</w:t>
                      </w:r>
                    </w:p>
                    <w:p w:rsidR="003E007D" w:rsidRDefault="003E007D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proofErr w:type="spellStart"/>
                      <w:r w:rsidRPr="003E007D">
                        <w:rPr>
                          <w:rStyle w:val="Balk1Char"/>
                        </w:rPr>
                        <w:t>Etkinliğin</w:t>
                      </w:r>
                      <w:proofErr w:type="spellEnd"/>
                      <w:r w:rsidRPr="003E007D">
                        <w:rPr>
                          <w:rStyle w:val="Balk1Char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Style w:val="Balk1Char"/>
                        </w:rPr>
                        <w:t>Amacı</w:t>
                      </w:r>
                      <w:proofErr w:type="spellEnd"/>
                      <w:r w:rsidR="00B9356E" w:rsidRPr="003E007D">
                        <w:rPr>
                          <w:rStyle w:val="Balk1Char"/>
                        </w:rPr>
                        <w:t>:</w:t>
                      </w:r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Başkalarının</w:t>
                      </w:r>
                      <w:proofErr w:type="spellEnd"/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duygula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rını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ve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düşüncelerini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fark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etme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Farkl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ı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bakış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açılarını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anlamlandırma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İletişim</w:t>
                      </w:r>
                      <w:proofErr w:type="spellEnd"/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problem </w:t>
                      </w:r>
                      <w:proofErr w:type="spellStart"/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çözme</w:t>
                      </w:r>
                      <w:proofErr w:type="spellEnd"/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becerilerini</w:t>
                      </w:r>
                      <w:proofErr w:type="spellEnd"/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9356E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geliştirme</w:t>
                      </w:r>
                      <w:proofErr w:type="spellEnd"/>
                    </w:p>
                    <w:p w:rsidR="003E007D" w:rsidRDefault="00B9356E" w:rsidP="003E007D">
                      <w:pPr>
                        <w:pStyle w:val="AralkYok"/>
                        <w:jc w:val="both"/>
                      </w:pPr>
                      <w:proofErr w:type="spellStart"/>
                      <w:r w:rsidRPr="003E007D">
                        <w:rPr>
                          <w:rStyle w:val="Balk1Char"/>
                        </w:rPr>
                        <w:t>Materyaller</w:t>
                      </w:r>
                      <w:proofErr w:type="spellEnd"/>
                      <w:r w:rsidRPr="003E007D">
                        <w:rPr>
                          <w:rStyle w:val="Balk1Char"/>
                        </w:rPr>
                        <w:t>:</w:t>
                      </w:r>
                      <w:r w:rsidR="003E007D">
                        <w:t xml:space="preserve"> </w:t>
                      </w:r>
                      <w:proofErr w:type="spellStart"/>
                      <w:r w:rsidRPr="003E007D">
                        <w:t>Etkinlik</w:t>
                      </w:r>
                      <w:proofErr w:type="spellEnd"/>
                      <w:r w:rsidRPr="003E007D">
                        <w:t xml:space="preserve"> </w:t>
                      </w:r>
                      <w:proofErr w:type="spellStart"/>
                      <w:r w:rsidRPr="003E007D">
                        <w:t>Kağıdı</w:t>
                      </w:r>
                      <w:proofErr w:type="spellEnd"/>
                      <w:r w:rsidRPr="003E007D">
                        <w:t xml:space="preserve">- </w:t>
                      </w:r>
                      <w:proofErr w:type="spellStart"/>
                      <w:r w:rsidRPr="003E007D">
                        <w:t>Tahta</w:t>
                      </w:r>
                      <w:proofErr w:type="spellEnd"/>
                      <w:r w:rsidRPr="003E007D">
                        <w:t xml:space="preserve"> / </w:t>
                      </w:r>
                      <w:proofErr w:type="spellStart"/>
                      <w:r w:rsidRPr="003E007D">
                        <w:t>Renkli</w:t>
                      </w:r>
                      <w:proofErr w:type="spellEnd"/>
                      <w:r w:rsidRPr="003E007D">
                        <w:t xml:space="preserve"> post-it </w:t>
                      </w:r>
                      <w:proofErr w:type="spellStart"/>
                      <w:r w:rsidRPr="003E007D">
                        <w:t>veya</w:t>
                      </w:r>
                      <w:proofErr w:type="spellEnd"/>
                      <w:r w:rsidRPr="003E007D">
                        <w:t xml:space="preserve"> A4 </w:t>
                      </w:r>
                      <w:proofErr w:type="spellStart"/>
                      <w:r w:rsidRPr="003E007D">
                        <w:t>kâğıdı</w:t>
                      </w:r>
                      <w:proofErr w:type="spellEnd"/>
                    </w:p>
                    <w:p w:rsidR="003E007D" w:rsidRDefault="003E007D" w:rsidP="003E007D">
                      <w:pPr>
                        <w:pStyle w:val="AralkYok"/>
                        <w:jc w:val="both"/>
                        <w:rPr>
                          <w:b/>
                        </w:rPr>
                      </w:pPr>
                    </w:p>
                    <w:p w:rsidR="00B9356E" w:rsidRPr="003E007D" w:rsidRDefault="00B9356E" w:rsidP="003E007D">
                      <w:pPr>
                        <w:pStyle w:val="AralkYok"/>
                        <w:jc w:val="both"/>
                      </w:pPr>
                      <w:proofErr w:type="spellStart"/>
                      <w:r w:rsidRPr="003E007D">
                        <w:rPr>
                          <w:rStyle w:val="Balk1Char"/>
                        </w:rPr>
                        <w:t>Etkinlik</w:t>
                      </w:r>
                      <w:proofErr w:type="spellEnd"/>
                      <w:r w:rsidRPr="003E007D">
                        <w:rPr>
                          <w:rStyle w:val="Balk1Char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Style w:val="Balk1Char"/>
                        </w:rPr>
                        <w:t>planı</w:t>
                      </w:r>
                      <w:proofErr w:type="spellEnd"/>
                      <w:r w:rsidRPr="003E007D">
                        <w:rPr>
                          <w:rStyle w:val="Balk1Char"/>
                        </w:rPr>
                        <w:t>:</w:t>
                      </w:r>
                      <w:r w:rsidR="003E007D">
                        <w:t xml:space="preserve"> </w:t>
                      </w:r>
                      <w:proofErr w:type="spellStart"/>
                      <w:r w:rsidRPr="003E007D">
                        <w:t>Öğretmen</w:t>
                      </w:r>
                      <w:proofErr w:type="spellEnd"/>
                      <w:r w:rsidRPr="003E007D">
                        <w:t xml:space="preserve"> </w:t>
                      </w:r>
                      <w:proofErr w:type="spellStart"/>
                      <w:r w:rsidRPr="003E007D">
                        <w:t>öğrencilere</w:t>
                      </w:r>
                      <w:proofErr w:type="spellEnd"/>
                      <w:r w:rsidRPr="003E007D">
                        <w:t xml:space="preserve"> </w:t>
                      </w:r>
                      <w:proofErr w:type="spellStart"/>
                      <w:r w:rsidRPr="003E007D">
                        <w:t>sorar</w:t>
                      </w:r>
                      <w:proofErr w:type="spellEnd"/>
                      <w:r w:rsidRPr="003E007D">
                        <w:t>:</w:t>
                      </w:r>
                    </w:p>
                    <w:p w:rsidR="00B9356E" w:rsidRPr="003E007D" w:rsidRDefault="00B9356E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“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Hiç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bir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arkadaşınızın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yaşadığı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bir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olayı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onun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gözünden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düşündünüz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mü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?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Empati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kurmak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sizce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ne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demek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?”</w:t>
                      </w:r>
                    </w:p>
                    <w:p w:rsidR="003E007D" w:rsidRDefault="00B9356E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Öğrencilerin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kısa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cevapları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alınır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ardından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empati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tanımı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yapılır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Emirin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empati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Günlüğü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etkinlik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çalışma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kağıtları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dağıtılır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ve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öğrencilerden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yapmaları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istenir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Gönüllü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öğrenciler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çalışmalarını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paylaşır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</w:t>
                      </w:r>
                    </w:p>
                    <w:p w:rsidR="00B9356E" w:rsidRPr="003E007D" w:rsidRDefault="00B9356E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Öğretmen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şu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sorularla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etkinliği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kapatır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:</w:t>
                      </w:r>
                    </w:p>
                    <w:p w:rsidR="00B9356E" w:rsidRPr="003E007D" w:rsidRDefault="00B9356E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Empati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kurmak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bize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ne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kazandırır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?</w:t>
                      </w:r>
                    </w:p>
                    <w:p w:rsidR="00B9356E" w:rsidRPr="003E007D" w:rsidRDefault="00B9356E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Empati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yapmazsak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ilişkilerimiz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nasıl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olurdu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?</w:t>
                      </w:r>
                    </w:p>
                    <w:p w:rsidR="00B9356E" w:rsidRPr="003E007D" w:rsidRDefault="00B9356E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Son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olarak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öğrencilere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şu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cümleyi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tamamlatır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:</w:t>
                      </w:r>
                    </w:p>
                    <w:p w:rsidR="00B9356E" w:rsidRPr="003E007D" w:rsidRDefault="00B9356E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“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Empati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yaptığımda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ben …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hissediyorum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.”</w:t>
                      </w:r>
                    </w:p>
                    <w:p w:rsidR="00B9356E" w:rsidRPr="003E007D" w:rsidRDefault="00B9356E" w:rsidP="003E007D">
                      <w:pPr>
                        <w:pStyle w:val="Balk1"/>
                        <w:jc w:val="both"/>
                      </w:pPr>
                      <w:proofErr w:type="spellStart"/>
                      <w:r w:rsidRPr="003E007D">
                        <w:t>Öğretmene</w:t>
                      </w:r>
                      <w:proofErr w:type="spellEnd"/>
                      <w:r w:rsidRPr="003E007D">
                        <w:t xml:space="preserve"> </w:t>
                      </w:r>
                      <w:proofErr w:type="spellStart"/>
                      <w:r w:rsidRPr="003E007D">
                        <w:t>İpuçları</w:t>
                      </w:r>
                      <w:proofErr w:type="spellEnd"/>
                      <w:r w:rsidRPr="003E007D">
                        <w:t>:</w:t>
                      </w:r>
                    </w:p>
                    <w:p w:rsidR="00B9356E" w:rsidRPr="003E007D" w:rsidRDefault="00B9356E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Çekingen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öğrencileri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gönüllü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olmaya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teşvik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edin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ama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zorlamayın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</w:t>
                      </w:r>
                    </w:p>
                    <w:p w:rsidR="00B9356E" w:rsidRPr="003E007D" w:rsidRDefault="00B9356E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Paylaşımlar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sırasında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öğrencileri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yargılamadan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dinleyin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</w:t>
                      </w:r>
                    </w:p>
                    <w:p w:rsidR="00B9356E" w:rsidRPr="003E007D" w:rsidRDefault="00B9356E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Farklı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bakış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açılarını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mutlaka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takdir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edin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</w:t>
                      </w:r>
                    </w:p>
                    <w:p w:rsidR="00B9356E" w:rsidRPr="003E007D" w:rsidRDefault="00B9356E" w:rsidP="003E007D">
                      <w:pPr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Yönlendirilmesi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gerektiğini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düşündüğünüz</w:t>
                      </w:r>
                      <w:proofErr w:type="spellEnd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öğrenci</w:t>
                      </w:r>
                      <w:r w:rsidR="003E007D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leri</w:t>
                      </w:r>
                      <w:proofErr w:type="spellEnd"/>
                      <w:r w:rsidR="003E007D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E007D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rehberlik</w:t>
                      </w:r>
                      <w:proofErr w:type="spellEnd"/>
                      <w:r w:rsidR="003E007D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E007D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servisine</w:t>
                      </w:r>
                      <w:proofErr w:type="spellEnd"/>
                      <w:r w:rsidR="003E007D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E007D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bildirin</w:t>
                      </w:r>
                      <w:proofErr w:type="spellEnd"/>
                      <w:r w:rsidR="003E007D" w:rsidRPr="003E007D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</w:t>
                      </w:r>
                    </w:p>
                    <w:p w:rsidR="00B9356E" w:rsidRDefault="00B9356E" w:rsidP="00B9356E"/>
                    <w:p w:rsidR="00B9356E" w:rsidRDefault="00B9356E" w:rsidP="00B9356E"/>
                    <w:p w:rsidR="00B9356E" w:rsidRDefault="00B9356E" w:rsidP="00B9356E"/>
                    <w:p w:rsidR="00B9356E" w:rsidRDefault="00B9356E" w:rsidP="00B9356E"/>
                    <w:p w:rsidR="00733CF2" w:rsidRDefault="00733CF2" w:rsidP="00733CF2"/>
                    <w:p w:rsidR="00733CF2" w:rsidRDefault="00733CF2" w:rsidP="00733CF2"/>
                    <w:p w:rsidR="00733CF2" w:rsidRDefault="00733CF2" w:rsidP="00733CF2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CF6033" w:rsidRDefault="006B7A1F" w:rsidP="001C7E55">
      <w:pPr>
        <w:pStyle w:val="Balk1"/>
      </w:pPr>
      <w:proofErr w:type="spellStart"/>
      <w:r>
        <w:lastRenderedPageBreak/>
        <w:t>Çalışma</w:t>
      </w:r>
      <w:proofErr w:type="spellEnd"/>
      <w:r>
        <w:t xml:space="preserve"> </w:t>
      </w:r>
      <w:proofErr w:type="spellStart"/>
      <w:r>
        <w:t>Kâğıdı</w:t>
      </w:r>
      <w:proofErr w:type="spellEnd"/>
      <w:r>
        <w:t xml:space="preserve">: </w:t>
      </w:r>
      <w:proofErr w:type="spellStart"/>
      <w:r>
        <w:t>Emir’in</w:t>
      </w:r>
      <w:proofErr w:type="spellEnd"/>
      <w:r>
        <w:t xml:space="preserve"> </w:t>
      </w:r>
      <w:proofErr w:type="spellStart"/>
      <w:r>
        <w:t>Günlüğü</w:t>
      </w:r>
      <w:proofErr w:type="spellEnd"/>
      <w:r>
        <w:t xml:space="preserve"> ile Empati</w:t>
      </w:r>
    </w:p>
    <w:p w:rsidR="00CF6033" w:rsidRDefault="006B7A1F" w:rsidP="001C7E55">
      <w:pPr>
        <w:pStyle w:val="Balk1"/>
      </w:pPr>
      <w:proofErr w:type="spellStart"/>
      <w:r>
        <w:t>Emir’in</w:t>
      </w:r>
      <w:proofErr w:type="spellEnd"/>
      <w:r>
        <w:t xml:space="preserve"> </w:t>
      </w:r>
      <w:proofErr w:type="spellStart"/>
      <w:r>
        <w:t>Günlüğünden</w:t>
      </w:r>
      <w:proofErr w:type="spellEnd"/>
      <w:r>
        <w:t xml:space="preserve"> </w:t>
      </w:r>
      <w:proofErr w:type="spellStart"/>
      <w:r>
        <w:t>Alıntı</w:t>
      </w:r>
      <w:proofErr w:type="spellEnd"/>
    </w:p>
    <w:p w:rsidR="00CF6033" w:rsidRDefault="006B7A1F" w:rsidP="00160976">
      <w:pPr>
        <w:pStyle w:val="Balk1"/>
        <w:jc w:val="both"/>
      </w:pPr>
      <w:r>
        <w:t>“</w:t>
      </w:r>
      <w:proofErr w:type="spellStart"/>
      <w:r>
        <w:t>Bahçede</w:t>
      </w:r>
      <w:proofErr w:type="spellEnd"/>
      <w:r>
        <w:t xml:space="preserve"> top </w:t>
      </w:r>
      <w:proofErr w:type="spellStart"/>
      <w:r>
        <w:t>oynarken</w:t>
      </w:r>
      <w:proofErr w:type="spellEnd"/>
      <w:r>
        <w:t xml:space="preserve"> </w:t>
      </w:r>
      <w:proofErr w:type="spellStart"/>
      <w:r w:rsidR="001C7E55">
        <w:t>Deniz</w:t>
      </w:r>
      <w:proofErr w:type="spellEnd"/>
      <w:r w:rsidR="001C7E55">
        <w:t xml:space="preserve"> </w:t>
      </w:r>
      <w:proofErr w:type="spellStart"/>
      <w:r>
        <w:t>beni</w:t>
      </w:r>
      <w:proofErr w:type="spellEnd"/>
      <w:r>
        <w:t xml:space="preserve"> </w:t>
      </w:r>
      <w:proofErr w:type="spellStart"/>
      <w:r>
        <w:t>itti</w:t>
      </w:r>
      <w:proofErr w:type="spellEnd"/>
      <w:r>
        <w:t xml:space="preserve">. Yere düştüm. Gözlüğüm kırıldı. Onlar gülerken ben sadece kırık gözlük camlarına baktım. </w:t>
      </w:r>
      <w:proofErr w:type="spellStart"/>
      <w:r w:rsidR="001C7E55">
        <w:t>Onların</w:t>
      </w:r>
      <w:proofErr w:type="spellEnd"/>
      <w:r w:rsidR="001C7E55">
        <w:t xml:space="preserve"> </w:t>
      </w:r>
      <w:proofErr w:type="spellStart"/>
      <w:r w:rsidR="001C7E55">
        <w:t>büyük</w:t>
      </w:r>
      <w:proofErr w:type="spellEnd"/>
      <w:r w:rsidR="001C7E55">
        <w:t xml:space="preserve"> </w:t>
      </w:r>
      <w:proofErr w:type="spellStart"/>
      <w:r w:rsidR="001C7E55">
        <w:t>bir</w:t>
      </w:r>
      <w:proofErr w:type="spellEnd"/>
      <w:r w:rsidR="001C7E55">
        <w:t xml:space="preserve"> </w:t>
      </w:r>
      <w:proofErr w:type="spellStart"/>
      <w:r w:rsidR="001C7E55">
        <w:t>grubu</w:t>
      </w:r>
      <w:proofErr w:type="spellEnd"/>
      <w:r w:rsidR="001C7E55">
        <w:t xml:space="preserve"> </w:t>
      </w:r>
      <w:proofErr w:type="spellStart"/>
      <w:r w:rsidR="001C7E55">
        <w:t>var</w:t>
      </w:r>
      <w:proofErr w:type="spellEnd"/>
      <w:r w:rsidR="001C7E55">
        <w:t xml:space="preserve"> </w:t>
      </w:r>
      <w:proofErr w:type="spellStart"/>
      <w:r w:rsidR="001C7E55">
        <w:t>ve</w:t>
      </w:r>
      <w:proofErr w:type="spellEnd"/>
      <w:r w:rsidR="001C7E55">
        <w:t xml:space="preserve"> </w:t>
      </w:r>
      <w:proofErr w:type="spellStart"/>
      <w:r w:rsidR="001C7E55">
        <w:t>okulda</w:t>
      </w:r>
      <w:proofErr w:type="spellEnd"/>
      <w:r w:rsidR="001C7E55">
        <w:t xml:space="preserve"> </w:t>
      </w:r>
      <w:proofErr w:type="spellStart"/>
      <w:r w:rsidR="001C7E55">
        <w:t>onlara</w:t>
      </w:r>
      <w:proofErr w:type="spellEnd"/>
      <w:r w:rsidR="001C7E55">
        <w:t xml:space="preserve"> </w:t>
      </w:r>
      <w:proofErr w:type="spellStart"/>
      <w:r w:rsidR="001C7E55">
        <w:t>tek</w:t>
      </w:r>
      <w:proofErr w:type="spellEnd"/>
      <w:r w:rsidR="001C7E55">
        <w:t xml:space="preserve"> </w:t>
      </w:r>
      <w:proofErr w:type="spellStart"/>
      <w:r w:rsidR="001C7E55">
        <w:t>başına</w:t>
      </w:r>
      <w:proofErr w:type="spellEnd"/>
      <w:r w:rsidR="001C7E55">
        <w:t xml:space="preserve"> </w:t>
      </w:r>
      <w:proofErr w:type="spellStart"/>
      <w:r w:rsidR="001C7E55">
        <w:t>karşı</w:t>
      </w:r>
      <w:proofErr w:type="spellEnd"/>
      <w:r w:rsidR="001C7E55">
        <w:t xml:space="preserve"> </w:t>
      </w:r>
      <w:proofErr w:type="spellStart"/>
      <w:r w:rsidR="001C7E55">
        <w:t>koymak</w:t>
      </w:r>
      <w:proofErr w:type="spellEnd"/>
      <w:r w:rsidR="001C7E55">
        <w:t xml:space="preserve"> </w:t>
      </w:r>
      <w:proofErr w:type="spellStart"/>
      <w:r w:rsidR="001C7E55">
        <w:t>gerçekten</w:t>
      </w:r>
      <w:proofErr w:type="spellEnd"/>
      <w:r w:rsidR="001C7E55">
        <w:t xml:space="preserve"> </w:t>
      </w:r>
      <w:proofErr w:type="spellStart"/>
      <w:r w:rsidR="001C7E55">
        <w:t>imkansız</w:t>
      </w:r>
      <w:proofErr w:type="spellEnd"/>
      <w:r w:rsidR="001C7E55">
        <w:t xml:space="preserve">. </w:t>
      </w:r>
      <w:r>
        <w:t xml:space="preserve">Eve </w:t>
      </w:r>
      <w:proofErr w:type="spellStart"/>
      <w:r>
        <w:t>gidince</w:t>
      </w:r>
      <w:proofErr w:type="spellEnd"/>
      <w:r>
        <w:t xml:space="preserve"> </w:t>
      </w:r>
      <w:proofErr w:type="spellStart"/>
      <w:r>
        <w:t>kimseye</w:t>
      </w:r>
      <w:proofErr w:type="spellEnd"/>
      <w:r>
        <w:t xml:space="preserve"> </w:t>
      </w:r>
      <w:proofErr w:type="spellStart"/>
      <w:r>
        <w:t>anlatmadım</w:t>
      </w:r>
      <w:proofErr w:type="spellEnd"/>
      <w:r>
        <w:t>. ‘Beni zayıf sanacaklar’ diye korktum.”</w:t>
      </w:r>
    </w:p>
    <w:p w:rsidR="00CF6033" w:rsidRDefault="006B7A1F" w:rsidP="00160976">
      <w:pPr>
        <w:pStyle w:val="Balk2"/>
        <w:jc w:val="both"/>
      </w:pPr>
      <w:r>
        <w:t>Sorular</w:t>
      </w:r>
    </w:p>
    <w:p w:rsidR="00CF6033" w:rsidRDefault="006B7A1F">
      <w:r>
        <w:t>1. Emir bu olayda hangi duyguları yaşamış olabilir?</w:t>
      </w:r>
    </w:p>
    <w:p w:rsidR="00CF6033" w:rsidRDefault="006B7A1F">
      <w:r>
        <w:t>2. Siz Emir’in yerinde olsaydınız ne yapardınız?</w:t>
      </w:r>
    </w:p>
    <w:p w:rsidR="00CF6033" w:rsidRDefault="006B7A1F">
      <w:r>
        <w:t>3. Emir’in yaşadıklarına tanık olan bir arkadaş olsaydınız, ona nasıl destek olurdunuz?</w:t>
      </w:r>
    </w:p>
    <w:p w:rsidR="00CF6033" w:rsidRDefault="006B7A1F">
      <w:r>
        <w:t>4. Zorbalık yapan çocukların böyle davranmasının sebepleri neler olabilir?</w:t>
      </w:r>
    </w:p>
    <w:p w:rsidR="00CF6033" w:rsidRDefault="006B7A1F">
      <w:pPr>
        <w:pStyle w:val="Balk2"/>
      </w:pPr>
      <w:r>
        <w:t>Empati Günlüğü</w:t>
      </w:r>
    </w:p>
    <w:p w:rsidR="00CF6033" w:rsidRDefault="006B7A1F">
      <w:r>
        <w:t>Aşağıya, Emir’in yerine kendinizi koyarak veya onun yaşadıklarına tanık olan bir öğrenci gibi kısa bir günlük yazınız.</w:t>
      </w:r>
      <w:r>
        <w:br/>
      </w:r>
      <w:r>
        <w:br/>
        <w:t>.....................................................</w:t>
      </w:r>
      <w:r w:rsidR="001C7E55">
        <w:t>...............................</w:t>
      </w:r>
      <w:r>
        <w:t>.....................................................</w:t>
      </w:r>
      <w:r w:rsidR="001C7E55">
        <w:t>.....................................................</w:t>
      </w:r>
      <w:r>
        <w:t>.................................................................................................................................................</w:t>
      </w:r>
      <w:r w:rsidR="001C7E55" w:rsidRPr="001C7E55">
        <w:rPr>
          <w:noProof/>
          <w:lang w:val="tr-TR" w:eastAsia="tr-TR"/>
        </w:rPr>
        <w:t xml:space="preserve"> </w:t>
      </w:r>
      <w:r w:rsidR="001C7E55">
        <w:rPr>
          <w:noProof/>
          <w:lang w:val="tr-TR" w:eastAsia="tr-TR"/>
        </w:rPr>
        <w:drawing>
          <wp:inline distT="0" distB="0" distL="0" distR="0" wp14:anchorId="5686D27D" wp14:editId="0D45FCA0">
            <wp:extent cx="1257300" cy="1885950"/>
            <wp:effectExtent l="0" t="0" r="0" b="0"/>
            <wp:docPr id="1" name="Resim 1" descr="C:\Users\pc\AppData\Local\Microsoft\Windows\INetCache\Content.Word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INetCache\Content.Word\unnam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48" cy="188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160976" w:rsidRDefault="00160976" w:rsidP="00160976">
      <w:pPr>
        <w:pStyle w:val="Balk2"/>
        <w:jc w:val="both"/>
      </w:pPr>
    </w:p>
    <w:p w:rsidR="00CF6033" w:rsidRDefault="006B7A1F" w:rsidP="00160976">
      <w:pPr>
        <w:pStyle w:val="Balk2"/>
        <w:jc w:val="both"/>
      </w:pPr>
      <w:proofErr w:type="spellStart"/>
      <w:r>
        <w:t>Çizim</w:t>
      </w:r>
      <w:proofErr w:type="spellEnd"/>
      <w:r>
        <w:t xml:space="preserve"> Alanı</w:t>
      </w:r>
    </w:p>
    <w:p w:rsidR="00CF6033" w:rsidRDefault="006B7A1F" w:rsidP="00160976">
      <w:pPr>
        <w:jc w:val="both"/>
      </w:pPr>
      <w:r>
        <w:t>Emir günlüklerine ağaç resimleri çiziyordu. Siz de onun gibi, duygularınızı bir resimle anlatmak isteseniz nasıl bir ağaç çizerdiniz? Aşağıdaki boş alana çizebilirsiniz.</w:t>
      </w:r>
      <w:r>
        <w:br/>
      </w:r>
      <w:r>
        <w:br/>
        <w:t>------------------------------------------------------------</w:t>
      </w:r>
      <w:r>
        <w:br/>
      </w:r>
      <w:r>
        <w:br/>
      </w:r>
      <w:r>
        <w:br/>
      </w:r>
      <w:r>
        <w:br/>
      </w:r>
      <w:r>
        <w:br/>
      </w:r>
    </w:p>
    <w:sectPr w:rsidR="00CF6033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4DC" w:rsidRDefault="007C44DC" w:rsidP="001C7E55">
      <w:pPr>
        <w:spacing w:after="0" w:line="240" w:lineRule="auto"/>
      </w:pPr>
      <w:r>
        <w:separator/>
      </w:r>
    </w:p>
  </w:endnote>
  <w:endnote w:type="continuationSeparator" w:id="0">
    <w:p w:rsidR="007C44DC" w:rsidRDefault="007C44DC" w:rsidP="001C7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4DC" w:rsidRDefault="007C44DC" w:rsidP="001C7E55">
      <w:pPr>
        <w:spacing w:after="0" w:line="240" w:lineRule="auto"/>
      </w:pPr>
      <w:r>
        <w:separator/>
      </w:r>
    </w:p>
  </w:footnote>
  <w:footnote w:type="continuationSeparator" w:id="0">
    <w:p w:rsidR="007C44DC" w:rsidRDefault="007C44DC" w:rsidP="001C7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E55" w:rsidRDefault="001C7E55" w:rsidP="001C7E55">
    <w:pPr>
      <w:pStyle w:val="KonuBal"/>
      <w:rPr>
        <w:sz w:val="36"/>
        <w:szCs w:val="36"/>
      </w:rPr>
    </w:pPr>
    <w:r w:rsidRPr="001C7E55">
      <w:rPr>
        <w:sz w:val="36"/>
        <w:szCs w:val="36"/>
      </w:rPr>
      <w:t>ŞİDDETİ ÖNLEME SINIF İÇİ ETKİNLİK ÇALIŞMASI</w:t>
    </w:r>
  </w:p>
  <w:p w:rsidR="005B260E" w:rsidRPr="005B260E" w:rsidRDefault="005B260E" w:rsidP="005B260E">
    <w:pPr>
      <w:jc w:val="center"/>
    </w:pPr>
    <w:r>
      <w:t>ŞİDDETİ ÖNLEME /EMPATİ ÇALIŞMASI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60976"/>
    <w:rsid w:val="001C7E55"/>
    <w:rsid w:val="0024201F"/>
    <w:rsid w:val="0029639D"/>
    <w:rsid w:val="00326F90"/>
    <w:rsid w:val="003E007D"/>
    <w:rsid w:val="005B260E"/>
    <w:rsid w:val="006B7A1F"/>
    <w:rsid w:val="00710879"/>
    <w:rsid w:val="00733CF2"/>
    <w:rsid w:val="007C44DC"/>
    <w:rsid w:val="00AA1D8D"/>
    <w:rsid w:val="00AC786D"/>
    <w:rsid w:val="00B47730"/>
    <w:rsid w:val="00B9356E"/>
    <w:rsid w:val="00BA63AE"/>
    <w:rsid w:val="00CB0664"/>
    <w:rsid w:val="00CF6033"/>
    <w:rsid w:val="00F2580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16538CD5-EDFE-4708-AE34-2F04E3C8E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Balk1">
    <w:name w:val="heading 1"/>
    <w:basedOn w:val="Normal"/>
    <w:next w:val="Normal"/>
    <w:link w:val="Bal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C693F"/>
    <w:pPr>
      <w:outlineLvl w:val="9"/>
    </w:pPr>
  </w:style>
  <w:style w:type="table" w:styleId="TabloKlavuzu">
    <w:name w:val="Table Grid"/>
    <w:basedOn w:val="NormalTablo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5F838A-7E9B-453C-AB8B-1AA51645E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202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1353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pc</cp:lastModifiedBy>
  <cp:revision>6</cp:revision>
  <dcterms:created xsi:type="dcterms:W3CDTF">2013-12-23T23:15:00Z</dcterms:created>
  <dcterms:modified xsi:type="dcterms:W3CDTF">2025-09-12T09:06:00Z</dcterms:modified>
  <cp:category/>
</cp:coreProperties>
</file>